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143. УВЕДОМЛЕНИЕ ЦЕНТРА ЗАНЯТОСТИ О СОКРАЩЕНИИ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243-к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центра занятости о сокращении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