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139. УВЕДОМЛЕНИЕ РАБОТНИКА О ПРЕДСТОЯЩЕМ СОКРАЩЕНИИ.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Соколова Елена Викторовна, специалист по кадровому администрированию</w:t>
        <w:br/>
        <w:t>От: ООО «Альтаир Проект»</w:t>
        <w:br/>
        <w:t>Исх. N 239-к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работника о предстоящем сокращении.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