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138. ПРИКАЗ О ВНЕСЕНИИ ИЗМЕНЕНИЙ В ШТАТНОЕ РАСПИСАНИЕ.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238-к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Петрова Марина Олеговна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внесении изменений в штатное расписание.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