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136. ПРИКАЗ ОБ УВОЛЬНЕНИИ ЗА УТРАТУ ДОВЕРИЯ.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236-к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и работодатель обсуждают прекращение трудового договора 136-ТД/2026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Морозов Кирилл Евгеньевич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за утрату доверия.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