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134. ПРИКАЗ ОБ УВОЛЬНЕНИИ ЗА РАЗГЛАШЕНИЕ ОХРАНЯЕМОЙ ЗАКОНОМ ТАЙНЫ.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234-к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и работодатель обсуждают прекращение трудового договора 134-ТД/2026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Смирнов Алексей Юрьевич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увольнении за разглашение охраняемой законом тайны.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