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133. ПРИКАЗ ОБ УВОЛЬНЕНИИ ЗА ПОЯВЛЕНИЕ НА РАБОТЕ В СОСТОЯНИИ ОПЬЯНЕНИЯ.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Увольнение по инициативе работодателя и сокращение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ПРИКАЗ N 233-к</w:t>
        <w:br/>
        <w:t>18 июля 2026 года, г. Москва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Основание и установленные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18 июня 2026 года у Орлова Анна Михайловна выявлены запах алкоголя, нарушение координации и невнятная речь, что зафиксировано комиссией из трех работников.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Работнику предложено пройти медицинское освидетельствование в лицензированной медицинской организации и разъяснены последствия отказа.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 выяснения обстоятельств работник отстранен от выполнения трудовой функции для исключения риска причинения вреда.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издания приказа проверены полномочия работодателя, применимые гарантии, сроки процедуры, документы кадрового учета и наличие подтверждений ознакомления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Приказываю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Составить подробный акт с наблюдаемыми признаками.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Предложить медицинское освидетельствование.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отстранение.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Затребовать объяснение и оценить все доказательства в совокупности.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Службе персонала ознакомить Орлова Анна Михайловна с настоящим приказом под подпись либо составить акт об отказе.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Бухгалтерии произвести необходимые начисления и удержания только в пределах, допускаемых законом.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Контроль исполнения настоящего приказа оставляю за собой.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Приказ издан с учетом статьи 189, 192, 193 и 194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Приказ издан с учетом статьи 81, 82, 178, 179 и 180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 и доказательства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служебная записка руководителя подразделения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документы учета рабочего времени или выполненной работы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письменные объяснения работника либо акт об их непредоставлении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документы, указанные в основании приказа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Риски, проверенные до подписания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формальный акт без конкретных признаков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отсутствие свидетелей или предложения освидетельствования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процедуры отстранения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применение взыскания только на основании предположений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Генеральный директор: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приказом ознакомлен(а): ____________ / Орлова Анна Михайловна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Орлова Анна Михайловна,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об увольнении за появление на работе в состоянии опьянения.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