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125. АКТ ПЕРЕДАЧИ ДЕЛ И ИМУЩЕСТВА УВОЛЬНЯЮЩИМСЯ РАБОТНИКОМ.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ПЕРЕДАЧИ ДЕЛ И ИМУЩЕСТВА УВОЛЬНЯЮЩИМСЯ РАБОТНИКОМ.</w:t>
        <w:br/>
        <w:t>N 225-к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дел и имущества увольняющимся работником.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