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111. ЗАКЛЮЧЕНИЕ КОМИССИИ О РАЗМЕРЕ И ПРИЧИНАХ УЩЕРБА.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Материальная ответственность работника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1. Задание и объем проверки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ООО «Альтаир Проект» поручило провести анализ по вопросу: «Заключение комиссии о размере и причинах ущерба.». Проверка выполнена на основании условного комплекта документов, отражающего типовую ситуацию работодателя среднего бизнеса.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В объем анализа включены кадровые документы, локальные нормативные акты, сведения бухгалтерского и табельного учета, переписка, документы электронных систем, а также фактическая практика применения установленных процедур.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2. Исходные 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 инвентаризации склада выявлена недостача оборудования на сумму 256 100 руб.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 сохранность имущества отвечал Федорова Наталья Игоревна, которому ценности передавались по накладным и акту приема-передачи.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исследовала движение товара, доступ к складу, документы видеонаблюдения и объяснения работников. Размер прямого действительного ущерба определен по данным бухгалтерского учета с учетом износа.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3. Проверенные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трудовые договоры и дополнительные соглашения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штатное расписание, приказы и личные карточки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локальные нормативные акты и листы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табели учета рабочего времени и расчетные документы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служебные записки, акты, переписка и выгрузки из информационных систем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4. Правовая оценка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Работодатель вправе организовывать труд и принимать локальные решения, однако такие решения не могут ухудшать положение работников по сравнению с законом, коллективным договором и соглашениями. Существенное значение имеют не только тексты документов, но и фактическая практика их применения.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При оценке учтены статьи 232, 233, 238, 241, 243, 244, 246, 247 и 248 Трудового кодекса РФ.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Каждый выявленный риск оценивается по трем критериям: вероятность предъявления требования, потенциальный размер финансовых последствий и сложность доказательственной защиты работодателя.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5. Выявленные риски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07"/>
        <w:gridCol w:w="2507"/>
        <w:gridCol w:w="2507"/>
        <w:gridCol w:w="2507"/>
      </w:tblGrid>
      <w:tr>
        <w:trPr>
          <w:tblHeader w:val="true"/>
        </w:trPr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Риск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Вероятность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Последствия</w:t>
            </w:r>
          </w:p>
        </w:tc>
        <w:tc>
          <w:tcPr>
            <w:tcW w:type="dxa" w:w="2507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Приоритет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Взыскание упущенной выгоды вместо прямого ущерба.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Отсутствие надлежащего договора о полной ответственности.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Необеспечение условий сохранности имущества.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высокая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  <w:tr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Пропуск срока обращения в суд.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средняя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спор, предписание, доначисления или штраф</w:t>
            </w:r>
          </w:p>
        </w:tc>
        <w:tc>
          <w:tcPr>
            <w:tcW w:type="dxa" w:w="2507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средний</w:t>
            </w:r>
          </w:p>
        </w:tc>
      </w:tr>
    </w:tbl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6. Рекомендации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провести инвентаризацию и служебную проверку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затребовать письменные объяснения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прямой действительный ущерб и причинную связь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основания полной материальной ответственности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предложить добровольное возмещение или обратиться в суд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7. Итоговый вывод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Ситуация является управляемой при условии последовательного устранения выявленных недостатков и документирования фактической кадровой практики. До завершения корректирующих мероприятий не рекомендуется принимать решения с повышенным риском судебного оспаривания без отдельной проверки конкретного работника и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комиссии о размере и причинах ущерба.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