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011. ЗАЯВЛЕНИЕ КАНДИДАТА О ПРИЕМЕ НА РАБОТУ.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Соколова Елена Викторовна, специалист по кадровому администрированию</w:t>
        <w:br/>
        <w:t>От: ООО «Альтаир Проект»</w:t>
        <w:br/>
        <w:t>Исх. N 111-к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Соколова Елена Викторовна, занимающего должность «специалист по кадровому администрированию» в подразделении «служба персонала».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12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кандидата о приеме на работу.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