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109. АКТ О ПРИЧИНЕНИИ РАБОТНИКОМ МАТЕРИАЛЬНОГО УЩЕРБА.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 ПРИЧИНЕНИИ РАБОТНИКОМ МАТЕРИАЛЬНОГО УЩЕРБА.</w:t>
        <w:br/>
        <w:t>N 209-к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208 700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Орлова Анна Михайловна,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упущенной выгоды вместо прямого ущерба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договора о полной ответственности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необеспечение условий сохранности имущества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обращения в суд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 причинении работником материального ущерба.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