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107. ПРИКАЗ О ПРОВЕДЕНИИ ИНВЕНТАРИЗАЦИИ ИМУЩЕСТВА.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207-к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374 600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Соколова Елена Викторовна,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инвентаризацию и служебную проверку.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письменные объяснения.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прямой действительный ущерб и причинную связь.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основания полной материальной ответственности.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добровольное возмещение или обратиться в суд.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Соколова Елена Викторовна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упущенной выгоды вместо прямого ущерба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договора о полной ответственности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необеспечение условий сохранности имущества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обращения в суд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проведении инвентаризации имущества.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