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НА ИСКОВОЕ ЗАЯВЛЕНИЕ В СУД ОБЩЕЙ ЮРИСДИКЦИИ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на исковое заявление в суд общей юрисдикции»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на исковое заявление в суд общей юрисдикции</dc:title>
  <dc:subject>Подробный образец № 32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