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ВЗЫСКАНИЯ СУДЕБНЫХ РАСХОДОВ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взыскания судебных расходов</dc:title>
  <dc:subject>Подробный образец № 145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