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В Арбитражный суд города Москвы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115225, г. Москва, ул. Большая Тульская, д. 17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Дело № А40-__________/20___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Обособленный спор № 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Другая сторона сделки: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ИНН/ОГРН: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__________________; e-mail: 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Должник: Иванов Иван Иванович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дата рождения: 01.01.1985; место рождения: г. Москва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123456, г. Москва, ул. Примерная, д. 1, кв. 1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000000000000; СНИЛС: 000-000-000 00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+7 900 000-00-00; e-mail: example@mail.ru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управляющий: Петров Петр Петрович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 для корреспонденции: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40" w:lineRule="auto" w:before="0" w:after="10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ХОДАТАЙСТВО ОБ ОТМЕНЕ АРЕСТА ИМУЩЕСТВА ПО СПОРУ ОБ ОСПАРИВАНИИ СДЕЛКИ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Определением Арбитражного суда города Москвы от «___» _________ 20___ года по обособленному спору наложен арест / установлен запрет регистрационных действий в отношении __________________________. Ответчик просит отменить обеспечительную меру полностью / в части на основании статьи 97 Арбитражного процессуального кодекса Российской Федерации.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После принятия обеспечительных мер обстоятельства изменились: __________________________. Заявление об оспаривании сделки оставлено без рассмотрения / в его удовлетворении отказано / имущество заменено денежным обеспечением / риск отчуждения устранен / установлено, что имущество принадлежит иному лицу. Продолжение ареста больше не связано с целями обеспечения и создает самостоятельное нарушение прав собственника.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Арест несоразмерен предмету спора. Стоимость имущества составляет ______ руб., тогда как размер заявленных денежных последствий — ______ руб. Запрет распространяется на объекты, не являющиеся предметом сделки, либо препятствует регистрации ранее возникшего права, исполнению публичной обязанности, проведению ремонта и нормальному использованию имущества.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представил альтернативное обеспечение: денежные средства на депозит суда / банковскую гарантию / залог иного имущества на сумму ______ руб. Такая мера в полной мере гарантирует возможное исполнение судебного акта и одновременно устраняет чрезмерное ограничение оборота спорного объекта.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арест наложен на единственное жилье или имущество, необходимое для жизнедеятельности семьи, суду следует дополнительно оценить последствия длительного ограничения, права проживающих лиц и отсутствие реального риска выбытия. Обеспечение не должно превращаться в санкцию до установления недействительности сделки.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отказе в полной отмене заявитель просит заменить меру на менее обременительную: ограничить запрет отчуждением, исключив запрет пользования, аренды, ремонта и регистрационных действий, не связанных с переходом права; либо сохранить арест только в пределах стоимости заявленных требований.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keepNext/>
        <w:spacing w:line="259" w:lineRule="auto" w:before="0" w:after="8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ПРОШУ СУД: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Отменить обеспечительные меры, принятые определением от «___» _________ 20___ года, в отношении __________________________.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определение об отмене ареста / запрета в соответствующий регистрирующий орган для незамедлительного исполнения.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 качестве альтернативы заменить действующие меры на __________________________ либо ограничить их суммой ______ руб. и конкретным предметом спора.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Рассмотреть ходатайство в судебном заседании с извещением участников обособленного спора.</w:t>
      </w:r>
    </w:p>
    <w:p>
      <w:pPr>
        <w:keepNext/>
        <w:spacing w:line="259" w:lineRule="auto" w:before="0" w:after="4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Копия определения о принятии обеспечительных мер.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Документы об изменении обстоятельств и отсутствии риска неисполнения.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 о праве собственности и стоимости арестованного имущества.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о встречном / альтернативном обеспечении.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 о негативных последствиях ареста и правах членов семьи / третьих лиц.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ходатайства участникам спора.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02"/>
        <w:gridCol w:w="3969"/>
      </w:tblGrid>
      <w:tr>
        <w:tc>
          <w:tcPr>
            <w:tcW w:type="dxa" w:w="512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года</w:t>
            </w:r>
          </w:p>
        </w:tc>
        <w:tc>
          <w:tcPr>
            <w:tcW w:type="dxa" w:w="512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______________/И.И. Иванов/</w:t>
            </w:r>
          </w:p>
        </w:tc>
      </w:tr>
    </w:tbl>
    <w:p>
      <w:pPr>
        <w:keepNext w:val="0"/>
        <w:spacing w:line="259" w:lineRule="auto" w:before="0" w:after="0"/>
        <w:jc w:val="center"/>
      </w:pPr>
      <w:r>
        <w:rPr>
          <w:rFonts w:ascii="Times New Roman" w:hAnsi="Times New Roman" w:eastAsia="Times New Roman"/>
          <w:b w:val="0"/>
          <w:i/>
          <w:sz w:val="24"/>
        </w:rPr>
        <w:t>Образец требует адаптации к обстоятельствам конкретного дела, выбранным основаниям защиты и представленным доказательствам.</w:t>
      </w:r>
    </w:p>
    <w:sectPr w:rsidR="00FC693F" w:rsidRPr="0006063C" w:rsidSect="00034616">
      <w:footerReference w:type="default" r:id="rId9"/>
      <w:pgSz w:w="12240" w:h="15840"/>
      <w:pgMar w:top="935" w:right="850" w:bottom="822" w:left="1134" w:header="397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• библиотека процессуальных документов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Библиотека процессуальных документов по банкротству граждан</dc:title>
  <dc:subject/>
  <dc:creator>zotowa.ru</dc:creator>
  <cp:keywords/>
  <dc:description>generated by python-docx</dc:description>
  <cp:lastModifiedBy>zotowa.ru</cp:lastModifiedBy>
  <cp:revision>1</cp:revision>
  <dcterms:created xsi:type="dcterms:W3CDTF">2013-12-23T23:15:00Z</dcterms:created>
  <dcterms:modified xsi:type="dcterms:W3CDTF">2013-12-23T23:15:00Z</dcterms:modified>
  <cp:category/>
</cp:coreProperties>
</file>