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ВОЗРАЖЕНИЯ НА ОТЧЕТ ОЦЕНЩИКА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материалы дела представлен отчет об оценке № ____ от «___» _________ 20___ года, подготовленный оценщиком __________________________, согласно которому рыночная стоимость имущества __________________________ составляет ______ руб. Заявитель не согласен с выводом отчета.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Отчет имеет методологические и фактические недостатки: объект осмотрен не был / осмотр проведен формально; технические характеристики указаны неверно; документы на объект исследованы не полностью; дата оценки не соответствует цели продажи; сегмент рынка определен ошибочно; аналоги существенно отличаются по местоположению, площади, состоянию, назначению или обременениям.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Оценщик не обосновал отказ от применимых подходов, корректировки носят произвольный характер, источники информации не позволяют проверить расчеты, сведения о предложениях не подтверждены, не проведен анализ наиболее эффективного использования. Итоговая величина не согласуется с промежуточными расчетами и диапазоном рынка.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Федеральный закон от 29.07.1998 № 135-ФЗ «Об оценочной деятельности в Российской Федерации» требует достоверности и проверяемости отчета. Федеральные стандарты оценки ФСО I–VI, утвержденные приказом Минэкономразвития России от 14.04.2022 № 200, предусматривают достаточность информации, обоснованность допущений, мотивированный выбор подходов и возможность воспроизвести логику определения стоимости. Для недвижимости дополнительно применяется ФСО № 7.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Пункт 2 статьи 213.26 Закона о банкротстве прямо допускает оспаривание оценки должником, кредиторами и уполномоченным органом. Оценка не имеет заранее установленной силы и должна проверяться в совокупности с иными доказательствами.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Рецензия специалиста от «___» _________ 20___ года подтверждает существенность выявленных нарушений и определяет вероятный диапазон рыночной стоимости от ______ до ______ руб. Использование спорного отчета для установления начальной цены приведет к экономически необоснованным торгам.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Не принимать отчет об оценке № ____ от «___» _________ 20___ года в качестве достоверного основания для определения начальной цены.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Предложить финансовому управляющему / оценщику представить исходные данные, подтверждение аналогов, расчеты корректировок и пояснения по замечаниям.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Назначить повторную независимую оценку либо судебную оценочную экспертизу.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До устранения недостатков отчета не утверждать положение о продаже и не проводить торги.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Копия оспариваемого отчета.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Рецензия специалиста / экспертное заключение СРО оценщиков — при наличии.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Сравнительная таблица ошибок и их влияния на стоимость.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Документы о фактических характеристиках объекта.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5. Сведения о достоверных рыночных аналогах.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6. Фотографии имущества и документы о его состоянии.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7. Доказательства направления возражений лицам, участвующим в деле.</w:t>
      </w:r>
    </w:p>
    <w:p>
      <w:pPr>
        <w:keepNext w:val="0"/>
        <w:spacing w:line="259" w:lineRule="auto" w:before="0" w:after="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shd w:fill="FFFFFF"/>
          </w:tcPr>
          <w:p>
            <w:pPr>
              <w:jc w:val="left"/>
            </w:pPr>
            <w:r>
              <w:rPr>
                <w:rFonts w:ascii="Times New Roman" w:hAnsi="Times New Roman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shd w:fill="FFFFFF"/>
          </w:tcPr>
          <w:p>
            <w:pPr>
              <w:jc w:val="right"/>
            </w:pPr>
            <w:r>
              <w:rPr>
                <w:rFonts w:ascii="Times New Roman" w:hAnsi="Times New Roman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64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