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НАЛОЖЕНИИ АРЕСТА НА ИМУЩЕСТВО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обеспечительную меру: [арест / запрет регистрационных действий / запрет отчуждения] в отношении [точное описание актива].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[Росреестр / ГИБДД / банк / ФНС].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наложении ареста на имущество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