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СУПРУГОВ О РАСПРЕДЕЛЕНИИ КРЕДИТНЫХ И ИПОТЕЧНЫХ ОБЯЗАТЕЛЬСТВ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супругов о распределении кредитных и ипотечных обязательств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