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nil"/>
          <w:left w:val="nil"/>
          <w:bottom w:val="nil"/>
          <w:right w:val="nil"/>
          <w:insideH w:val="nil"/>
          <w:insideV w:val="nil"/>
        </w:tblBorders>
      </w:tblPr>
      <w:tblGrid>
        <w:gridCol w:w="4819"/>
        <w:gridCol w:w="4819"/>
      </w:tblGrid>
      <w:tr>
        <w:tc>
          <w:tcPr>
            <w:tcW w:type="dxa" w:w="3402"/>
            <w:tcMar>
              <w:top w:w="0" w:type="dxa"/>
              <w:start w:w="0" w:type="dxa"/>
              <w:bottom w:w="0" w:type="dxa"/>
              <w:end w:w="0" w:type="dxa"/>
            </w:tcMar>
            <w:vAlign w:val="top"/>
          </w:tcPr>
          <w:p/>
        </w:tc>
        <w:tc>
          <w:tcPr>
            <w:tcW w:type="dxa" w:w="6236"/>
            <w:tcMar>
              <w:top w:w="0" w:type="dxa"/>
              <w:start w:w="0" w:type="dxa"/>
              <w:bottom w:w="0" w:type="dxa"/>
              <w:end w:w="0" w:type="dxa"/>
            </w:tcMar>
            <w:vAlign w:val="top"/>
          </w:tcPr>
          <w:p>
            <w:pPr>
              <w:spacing w:after="0"/>
              <w:ind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21"/>
              </w:rPr>
              <w:t>В [наименование районного суда]</w:t>
              <w:br/>
              <w:t>[адрес]</w:t>
              <w:br/>
              <w:br/>
              <w:t>Истец (заявитель): [Ф.И.О., дата и место рождения, адрес, телефон, e-mail]</w:t>
              <w:br/>
              <w:t>Ответчик: [Ф.И.О., дата и место рождения, адрес, телефон — при наличии]</w:t>
              <w:br/>
              <w:t>Третьи лица: [Росреестр / банк / общество / приобретатель — при необходимости]</w:t>
            </w:r>
          </w:p>
        </w:tc>
      </w:tr>
    </w:tbl>
    <w:p>
      <w:pPr>
        <w:spacing w:line="259" w:lineRule="auto" w:after="0" w:before="0"/>
        <w:ind w:firstLine="0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</w:r>
    </w:p>
    <w:p>
      <w:pPr>
        <w:keepNext/>
        <w:spacing w:line="259" w:lineRule="auto" w:after="120" w:before="160"/>
        <w:ind w:firstLine="0"/>
        <w:jc w:val="center"/>
      </w:pPr>
      <w:r>
        <w:rPr>
          <w:rFonts w:ascii="Times New Roman" w:hAnsi="Times New Roman" w:eastAsia="Times New Roman"/>
          <w:b/>
          <w:i w:val="0"/>
          <w:sz w:val="26"/>
        </w:rPr>
        <w:t>ИСКОВОЕ ЗАЯВЛЕНИЕ О РАЗДЕЛЕ НЕДВИЖИМОСТИ, ПРИОБРЕТЁННОЙ ПО ДОГОВОРУ ДОЛЕВОГО УЧАСТИЯ</w:t>
      </w:r>
    </w:p>
    <w:p>
      <w:pPr>
        <w:spacing w:line="259" w:lineRule="auto" w:after="160" w:before="0"/>
        <w:ind w:firstLine="0"/>
        <w:jc w:val="both"/>
      </w:pPr>
      <w:r>
        <w:rPr>
          <w:rFonts w:ascii="Times New Roman" w:hAnsi="Times New Roman" w:eastAsia="Times New Roman"/>
          <w:b w:val="0"/>
          <w:i/>
          <w:sz w:val="18"/>
        </w:rPr>
        <w:t>Настоящий образец содержит типовую структуру документа. Перед подачей необходимо заменить заполнители, проверить подсудность, состав участников, размер государственной пошлины и актуальность доказательств.</w:t>
      </w:r>
    </w:p>
    <w:p>
      <w:pPr>
        <w:spacing w:line="259" w:lineRule="auto" w:after="10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Спорный объект приобретён «___» __________ 20___ года в период брака за счёт [общих доходов / кредита / продажи другого имущества] и оформлен на имя [Ф.И.О.]. Его ориентировочная рыночная стоимость составляет [сумма] рублей.</w:t>
      </w:r>
    </w:p>
    <w:p>
      <w:pPr>
        <w:spacing w:line="259" w:lineRule="auto" w:after="10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Соглашение о добровольном разделе не достигнуто. Ответчик [пользуется объектом единолично / распорядился им / отказывается предоставить сведения], вследствие чего право истца требует судебной защиты.</w:t>
      </w:r>
    </w:p>
    <w:p>
      <w:pPr>
        <w:keepNext/>
        <w:spacing w:line="259" w:lineRule="auto" w:after="120" w:before="160"/>
        <w:ind w:firstLine="0"/>
        <w:jc w:val="left"/>
      </w:pPr>
      <w:r>
        <w:rPr>
          <w:rFonts w:ascii="Times New Roman" w:hAnsi="Times New Roman" w:eastAsia="Times New Roman"/>
          <w:b/>
          <w:i w:val="0"/>
          <w:sz w:val="24"/>
        </w:rPr>
        <w:t>Правовое обоснование</w:t>
      </w:r>
    </w:p>
    <w:p>
      <w:pPr>
        <w:spacing w:line="259" w:lineRule="auto" w:after="10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Имущество, приобретённое супругами в период брака за общие доходы, является их совместной собственностью независимо от того, на чьё имя оно оформлено. Правила установлены статьями 33–39 СК РФ и статьёй 256 ГК РФ.</w:t>
      </w:r>
    </w:p>
    <w:p>
      <w:pPr>
        <w:spacing w:line="259" w:lineRule="auto" w:after="10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При разделе суд определяет состав имущества, источник и время его приобретения, наличие личных вложений, стоимость каждого объекта и способ раздела. По общему правилу доли равны, однако суд может отступить от равенства в случаях, предусмотренных пунктом 2 статьи 39 СК РФ.</w:t>
      </w:r>
    </w:p>
    <w:p>
      <w:pPr>
        <w:keepNext/>
        <w:spacing w:line="259" w:lineRule="auto" w:after="120" w:before="160"/>
        <w:ind w:firstLine="0"/>
        <w:jc w:val="left"/>
      </w:pPr>
      <w:r>
        <w:rPr>
          <w:rFonts w:ascii="Times New Roman" w:hAnsi="Times New Roman" w:eastAsia="Times New Roman"/>
          <w:b/>
          <w:i w:val="0"/>
          <w:sz w:val="24"/>
        </w:rPr>
        <w:t>Юридически значимые обстоятельства и доказательства</w:t>
      </w:r>
    </w:p>
    <w:p>
      <w:pPr>
        <w:spacing w:line="259" w:lineRule="auto" w:after="10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Для правильного разрешения вопроса необходимо установить и подтвердить следующие обстоятельства:</w:t>
      </w:r>
    </w:p>
    <w:p>
      <w:pPr>
        <w:spacing w:line="252" w:lineRule="auto" w:after="60"/>
        <w:ind w:left="425" w:hanging="425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– время, источник и основание приобретения недвижимости</w:t>
      </w:r>
    </w:p>
    <w:p>
      <w:pPr>
        <w:spacing w:line="252" w:lineRule="auto" w:after="60"/>
        <w:ind w:left="425" w:hanging="425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– правовой режим объекта и наличие обременений</w:t>
      </w:r>
    </w:p>
    <w:p>
      <w:pPr>
        <w:spacing w:line="252" w:lineRule="auto" w:after="60"/>
        <w:ind w:left="425" w:hanging="425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– рыночная стоимость и техническая делимость</w:t>
      </w:r>
    </w:p>
    <w:p>
      <w:pPr>
        <w:spacing w:line="252" w:lineRule="auto" w:after="60"/>
        <w:ind w:left="425" w:hanging="425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– фактическое пользование и интересы детей / третьих лиц</w:t>
      </w:r>
    </w:p>
    <w:p>
      <w:pPr>
        <w:keepNext/>
        <w:spacing w:line="259" w:lineRule="auto" w:after="120" w:before="160"/>
        <w:ind w:firstLine="0"/>
        <w:jc w:val="left"/>
      </w:pPr>
      <w:r>
        <w:rPr>
          <w:rFonts w:ascii="Times New Roman" w:hAnsi="Times New Roman" w:eastAsia="Times New Roman"/>
          <w:b/>
          <w:i w:val="0"/>
          <w:sz w:val="24"/>
        </w:rPr>
        <w:t>ПРОШУ СУД</w:t>
      </w:r>
    </w:p>
    <w:p>
      <w:pPr>
        <w:spacing w:line="252" w:lineRule="auto" w:after="60"/>
        <w:ind w:left="425" w:hanging="425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1. Признать спорное имущество совместно нажитым.</w:t>
      </w:r>
    </w:p>
    <w:p>
      <w:pPr>
        <w:spacing w:line="252" w:lineRule="auto" w:after="60"/>
        <w:ind w:left="425" w:hanging="425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2. Разделить имущество между сторонами по предложенному варианту: [указать передачу объектов, доли и компенсацию].</w:t>
      </w:r>
    </w:p>
    <w:p>
      <w:pPr>
        <w:spacing w:line="252" w:lineRule="auto" w:after="60"/>
        <w:ind w:left="425" w:hanging="425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3. Прекратить право совместной собственности после исполнения решения.</w:t>
      </w:r>
    </w:p>
    <w:p>
      <w:pPr>
        <w:spacing w:line="252" w:lineRule="auto" w:after="60"/>
        <w:ind w:left="425" w:hanging="425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4. Взыскать с ответчика понесённые судебные расходы в подтверждённом размере.</w:t>
      </w:r>
    </w:p>
    <w:p>
      <w:pPr>
        <w:keepNext/>
        <w:spacing w:line="259" w:lineRule="auto" w:after="120" w:before="160"/>
        <w:ind w:firstLine="0"/>
        <w:jc w:val="left"/>
      </w:pPr>
      <w:r>
        <w:rPr>
          <w:rFonts w:ascii="Times New Roman" w:hAnsi="Times New Roman" w:eastAsia="Times New Roman"/>
          <w:b/>
          <w:i w:val="0"/>
          <w:sz w:val="24"/>
        </w:rPr>
        <w:t>Приложения</w:t>
      </w:r>
    </w:p>
    <w:p>
      <w:pPr>
        <w:spacing w:line="252" w:lineRule="auto" w:after="60"/>
        <w:ind w:left="425" w:hanging="425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1. выписка ЕГРН и правоустанавливающие документы</w:t>
      </w:r>
    </w:p>
    <w:p>
      <w:pPr>
        <w:spacing w:line="252" w:lineRule="auto" w:after="60"/>
        <w:ind w:left="425" w:hanging="425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2. договор приобретения, кредитные и платёжные документы</w:t>
      </w:r>
    </w:p>
    <w:p>
      <w:pPr>
        <w:spacing w:line="252" w:lineRule="auto" w:after="60"/>
        <w:ind w:left="425" w:hanging="425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3. отчёт об оценке / сведения о кадастровой стоимости</w:t>
      </w:r>
    </w:p>
    <w:p>
      <w:pPr>
        <w:spacing w:line="252" w:lineRule="auto" w:after="60"/>
        <w:ind w:left="425" w:hanging="425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4. технический план и сведения об обременениях</w:t>
      </w:r>
    </w:p>
    <w:p>
      <w:pPr>
        <w:spacing w:line="252" w:lineRule="auto" w:after="60"/>
        <w:ind w:left="425" w:hanging="425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5. копия документа, удостоверяющего личность заявителя — при необходимости</w:t>
      </w:r>
    </w:p>
    <w:p>
      <w:pPr>
        <w:spacing w:line="252" w:lineRule="auto" w:after="60"/>
        <w:ind w:left="425" w:hanging="425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6. доказательства направления копии документа другим участникам</w:t>
      </w:r>
    </w:p>
    <w:p>
      <w:pPr>
        <w:spacing w:line="252" w:lineRule="auto" w:after="60"/>
        <w:ind w:left="425" w:hanging="425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7. доверенность представителя — при наличии</w:t>
      </w:r>
    </w:p>
    <w:p>
      <w:pPr>
        <w:spacing w:line="259" w:lineRule="auto" w:after="0" w:before="0"/>
        <w:ind w:firstLine="0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nil"/>
          <w:left w:val="nil"/>
          <w:bottom w:val="nil"/>
          <w:right w:val="nil"/>
          <w:insideH w:val="nil"/>
          <w:insideV w:val="nil"/>
        </w:tblBorders>
      </w:tblPr>
      <w:tblGrid>
        <w:gridCol w:w="4819"/>
        <w:gridCol w:w="4819"/>
      </w:tblGrid>
      <w:tr>
        <w:tc>
          <w:tcPr>
            <w:tcW w:type="dxa" w:w="4819"/>
            <w:tcMar>
              <w:top w:w="0" w:type="dxa"/>
              <w:start w:w="0" w:type="dxa"/>
              <w:bottom w:w="0" w:type="dxa"/>
              <w:end w:w="0" w:type="dxa"/>
            </w:tcMar>
          </w:tcPr>
          <w:p>
            <w:pPr>
              <w:ind w:firstLine="0"/>
            </w:pPr>
            <w:r>
              <w:rPr>
                <w:rFonts w:ascii="Times New Roman" w:hAnsi="Times New Roman" w:eastAsia="Times New Roman"/>
                <w:b w:val="0"/>
                <w:i w:val="0"/>
                <w:sz w:val="24"/>
              </w:rPr>
              <w:t>«___» __________ 20___ г.</w:t>
            </w:r>
          </w:p>
        </w:tc>
        <w:tc>
          <w:tcPr>
            <w:tcW w:type="dxa" w:w="4819"/>
            <w:tcMar>
              <w:top w:w="0" w:type="dxa"/>
              <w:start w:w="0" w:type="dxa"/>
              <w:bottom w:w="0" w:type="dxa"/>
              <w:end w:w="0" w:type="dxa"/>
            </w:tcMar>
          </w:tcPr>
          <w:p>
            <w:pPr>
              <w:ind w:firstLine="0"/>
              <w:jc w:val="right"/>
            </w:pPr>
            <w:r>
              <w:rPr>
                <w:rFonts w:ascii="Times New Roman" w:hAnsi="Times New Roman" w:eastAsia="Times New Roman"/>
                <w:b w:val="0"/>
                <w:i w:val="0"/>
                <w:sz w:val="24"/>
              </w:rPr>
              <w:t>________________ / [Ф.И.О.] /</w:t>
            </w:r>
          </w:p>
        </w:tc>
      </w:tr>
    </w:tbl>
    <w:sectPr w:rsidR="00FC693F" w:rsidRPr="0006063C" w:rsidSect="00034616">
      <w:footerReference w:type="default" r:id="rId9"/>
      <w:pgSz w:w="11906" w:h="16838"/>
      <w:pgMar w:top="964" w:right="850" w:bottom="964" w:left="141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Times New Roman" w:hAnsi="Times New Roman" w:eastAsia="Times New Roman"/>
        <w:b w:val="0"/>
        <w:i/>
        <w:sz w:val="16"/>
      </w:rPr>
      <w:t>ZOTOWA.RU  |  Образец документа по семейному праву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line="259" w:lineRule="auto" w:after="100"/>
    </w:pPr>
    <w:rPr>
      <w:rFonts w:ascii="Times New Roman" w:hAnsi="Times New Roman" w:eastAsia="Times New Roman"/>
      <w:sz w:val="24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Исковое заявление о разделе недвижимости, приобретённой по договору долевого участия</dc:title>
  <dc:subject>Семейное право — библиотека ZOTOWA.RU</dc:subject>
  <dc:creator>Юридическая фирма «Зотова и партнёры»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