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ЖИЛОГО ДОМА И ЗЕМЕЛЬНОГО УЧАСТКА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жилого дома и земельного участка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