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ИЗВЕЩЕНИИ СУПРУГА ПО ПОСЛЕДНЕМУ ИЗВЕСТНОМУ МЕСТУ ЖИТЕЛЬСТВА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Направить извещение ответчику по последнему известному месту жительства и по иным известным каналам связи.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После выполнения требований об извещении рассмотреть вопрос о дальнейшем движении дела.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извещении супруга по последнему известному месту жительства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