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</w:t>
              <w:br/>
              <w:t>[наименование отделения ФССП, Ф.И.О.]</w:t>
              <w:br/>
              <w:t>[адрес]</w:t>
              <w:br/>
              <w:br/>
              <w:t>Взыскатель / заявитель: [Ф.И.О., адрес, телефон, e-mail]</w:t>
              <w:br/>
              <w:t>Должник: [Ф.И.О., дата рождения, адрес, СНИЛС — при наличии]</w:t>
              <w:br/>
              <w:t>Исполнительное производство № [номер]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РОЗЫСКЕ ДОЛЖНИКА ПО АЛИМЕНТАМ И ЕГО ИМУЩЕСТВА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Объявить розыск должника и его имущества.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запросы в регистрирующие органы, банки, налоговые органы и операторам государственных информационных систем.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розыске должника по алиментам и его имущества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