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СУДЕБНОМУ ПРИСТАВУ О ВОЗБУЖДЕНИИ ИСПОЛНИТЕЛЬНОГО ПРОИЗВОДСТВА ПО АЛИМЕНТАМ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Возбудить исполнительное производство.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Немедленно направить постановления по месту работы, в банки и иные организации, выплачивающие должнику доход.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судебному приставу о возбуждении исполнительного производства по алиментам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