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территориальный орган МВД России</w:t>
              <w:br/>
              <w:t>[наименование и адрес]</w:t>
              <w:br/>
              <w:br/>
              <w:t>Заявитель: [Ф.И.О., паспорт, адрес, телефон, e-mail]</w:t>
              <w:br/>
              <w:t>Несовершеннолетний: [Ф.И.О., дата рождения, данные документа]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НЕСОГЛАСИИ НА ВЫЕЗД НЕСОВЕРШЕННОЛЕТНЕГО ИЗ РОССИЙСКОЙ ФЕДЕРАЦИИ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 должно содержать конкретные государство или государства, цель и период поездки, сопровождающее лицо и меры по возвращению ребёнка. Общая бессрочная санкция не соответствует характеру спора.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заявление о несогласии на выезд несовершеннолетнего и внести сведения в соответствующий учёт в указанных пределах.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несогласии на выезд несовершеннолетнего из Российской Федерации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