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органа опеки и попечительства]</w:t>
              <w:br/>
              <w:t>[адрес]</w:t>
              <w:br/>
              <w:br/>
              <w:t>Заявитель: [Ф.И.О., паспорт, адрес, телефон, e-mail]</w:t>
              <w:br/>
              <w:t>Ребёнок: [Ф.И.О., дата рождения]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ЗАЯВЛЕНИЕ В ОРГАН ОПЕКИ О РАЗРЕШЕНИИ ИЗМЕНИТЬ ИМЯ ИЛИ ФАМИЛИЮ РЕБЁНКА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Разрешить изменить фамилию / имя ребёнка с [прежнее] на [новое].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Учесть мнение ребёнка, достигшего десяти лет, и направить решение для регистрации.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в орган опеки о разрешении изменить имя или фамилию ребёнка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