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ПРЕКРАЩЕНИИ АЛИМЕНТНЫХ ОБЯЗАТЕЛЬСТВ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прекращении алиментных обязательств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