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19"/>
        <w:gridCol w:w="4819"/>
      </w:tblGrid>
      <w:tr>
        <w:tc>
          <w:tcPr>
            <w:tcW w:type="dxa" w:w="3402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/>
        </w:tc>
        <w:tc>
          <w:tcPr>
            <w:tcW w:type="dxa" w:w="6236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В [наименование районного суда]</w:t>
              <w:br/>
              <w:t>[адрес]</w:t>
              <w:br/>
              <w:br/>
              <w:t>Истец (заявитель): [Ф.И.О., дата и место рождения, адрес, телефон, e-mail]</w:t>
              <w:br/>
              <w:t>Ответчик: [Ф.И.О., дата и место рождения, адрес, телефон — при наличии]</w:t>
              <w:br/>
            </w:r>
          </w:p>
        </w:tc>
      </w:tr>
    </w:tbl>
    <w:p>
      <w:pPr>
        <w:spacing w:line="259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keepNext/>
        <w:spacing w:line="259" w:lineRule="auto" w:after="120" w:before="160"/>
        <w:ind w:firstLine="0"/>
        <w:jc w:val="center"/>
      </w:pPr>
      <w:r>
        <w:rPr>
          <w:rFonts w:ascii="Times New Roman" w:hAnsi="Times New Roman" w:eastAsia="Times New Roman"/>
          <w:b/>
          <w:i w:val="0"/>
          <w:sz w:val="26"/>
        </w:rPr>
        <w:t>ИСКОВОЕ ЗАЯВЛЕНИЕ О ВЗЫСКАНИИ АЛИМЕНТОВ НА СОДЕРЖАНИЕ СУПРУГА</w:t>
      </w:r>
    </w:p>
    <w:p>
      <w:pPr>
        <w:spacing w:line="259" w:lineRule="auto" w:after="160" w:before="0"/>
        <w:ind w:firstLine="0"/>
        <w:jc w:val="both"/>
      </w:pPr>
      <w:r>
        <w:rPr>
          <w:rFonts w:ascii="Times New Roman" w:hAnsi="Times New Roman" w:eastAsia="Times New Roman"/>
          <w:b w:val="0"/>
          <w:i/>
          <w:sz w:val="18"/>
        </w:rPr>
        <w:t>Настоящий образец содержит типовую структуру документа. Перед подачей необходимо заменить заполнители, проверить подсудность, состав участников, размер государственной пошлины и актуальность доказательств.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Ребёнок [Ф.И.О., дата рождения] проживает с [родитель]. Второй родитель предоставляет содержание [нерегулярно / не предоставляет / в недостаточном размере]. Ежемесячные разумные расходы на ребёнка составляют [сумма] рублей.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Доход плательщика составляет ориентировочно [сумма] рублей, имеет [постоянный / переменный / неофициальный] характер. Предлагаемый размер обеспечивает баланс интересов ребёнка и плательщика и не освобождает обоих родителей от участия в содержании.</w:t>
      </w:r>
    </w:p>
    <w:p>
      <w:pPr>
        <w:keepNext/>
        <w:spacing w:line="259" w:lineRule="auto" w:after="120" w:before="160"/>
        <w:ind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Правовое обоснование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Соглашение об уплате алиментов заключается письменно и удостоверяется нотариально; нотариально удостоверенное соглашение имеет силу исполнительного документа. Условия не могут ухудшать положение несовершеннолетнего по сравнению с судебным взысканием.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Алиментные обязанности супругов, бывших супругов, совершеннолетних детей и родителей регулируются главами 14–15 СК РФ. Суд оценивает нуждаемость, нетрудоспособность, материальное и семейное положение сторон и иные заслуживающие внимания обстоятельства.</w:t>
      </w:r>
    </w:p>
    <w:p>
      <w:pPr>
        <w:keepNext/>
        <w:spacing w:line="259" w:lineRule="auto" w:after="120" w:before="160"/>
        <w:ind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Юридически значимые обстоятельства и доказательства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Для правильного разрешения вопроса необходимо установить и подтвердить следующие обстоятельства: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– наличие права на содержание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– нуждаемость и нетрудоспособность при необходимости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– материальное и семейное положение сторон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– форма и справедливость условий алиментного соглашения</w:t>
      </w:r>
    </w:p>
    <w:p>
      <w:pPr>
        <w:keepNext/>
        <w:spacing w:line="259" w:lineRule="auto" w:after="120" w:before="160"/>
        <w:ind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ПРОШУ СУД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Взыскать с ответчика алименты на ребёнка [Ф.И.О.] в размере [доля / комбинированный размер] ежемесячно начиная со дня обращения в суд.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Взыскать с ответчика понесённые судебные расходы в подтверждённом размере.</w:t>
      </w:r>
    </w:p>
    <w:p>
      <w:pPr>
        <w:keepNext/>
        <w:spacing w:line="259" w:lineRule="auto" w:after="120" w:before="160"/>
        <w:ind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Приложения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документы о родстве / браке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медицинские документы о нетрудоспособности — при необходимости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3. сведения о доходах, имуществе и расходах сторон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4. проект нотариального соглашения / оспариваемое соглашение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5. копия документа, удостоверяющего личность заявителя — при необходимости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6. доказательства направления копии документа другим участникам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7. доверенность представителя — при наличии</w:t>
      </w:r>
    </w:p>
    <w:p>
      <w:pPr>
        <w:spacing w:line="259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19"/>
        <w:gridCol w:w="4819"/>
      </w:tblGrid>
      <w:tr>
        <w:tc>
          <w:tcPr>
            <w:tcW w:type="dxa" w:w="4819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</w:pPr>
            <w:r>
              <w:rPr>
                <w:rFonts w:ascii="Times New Roman" w:hAnsi="Times New Roman" w:eastAsia="Times New Roman"/>
                <w:b w:val="0"/>
                <w:i w:val="0"/>
                <w:sz w:val="24"/>
              </w:rPr>
              <w:t>«___» __________ 20___ г.</w:t>
            </w:r>
          </w:p>
        </w:tc>
        <w:tc>
          <w:tcPr>
            <w:tcW w:type="dxa" w:w="4819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  <w:jc w:val="right"/>
            </w:pPr>
            <w:r>
              <w:rPr>
                <w:rFonts w:ascii="Times New Roman" w:hAnsi="Times New Roman" w:eastAsia="Times New Roman"/>
                <w:b w:val="0"/>
                <w:i w:val="0"/>
                <w:sz w:val="24"/>
              </w:rPr>
              <w:t>________________ / [Ф.И.О.] /</w:t>
            </w:r>
          </w:p>
        </w:tc>
      </w:tr>
    </w:tbl>
    <w:sectPr w:rsidR="00FC693F" w:rsidRPr="0006063C" w:rsidSect="00034616">
      <w:footerReference w:type="default" r:id="rId9"/>
      <w:pgSz w:w="11906" w:h="16838"/>
      <w:pgMar w:top="964" w:right="850" w:bottom="96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/>
        <w:sz w:val="16"/>
      </w:rPr>
      <w:t>ZOTOWA.RU  |  Образец документа по семейному праву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59" w:lineRule="auto" w:after="10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Исковое заявление о взыскании алиментов на содержание супруга</dc:title>
  <dc:subject>Семейное право — библиотека ZOTOWA.RU</dc:subject>
  <dc:creator>Юридическая фирма «Зотова и партнёры»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