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СОГЛАШЕНИЯ ОБ УПЛАТЕ АЛИМЕНТОВ НЕДЕЙСТВИТЕЛЬНЫМ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соглашения об уплате алиментов недействительным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