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ОСПАРИВАНИИ ПРОДАЖИ ИМУЩЕСТВА ПО ЗАНИЖЕННОЙ ЦЕНЕ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спорную сделку / цепочку сделок недействительной.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оспаривании продажи имущества по заниженной цене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