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ВЫДЕЛЕ ДОЛИ ДОЛЖНИКА ИЗ ОБЩЕГО ИМУЩЕСТВА СУПРУГОВ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выделе доли должника из общего имущества супругов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