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ОСТАВЛЕНИИ НЕРЕАЛИЗОВАННОГО ИМУЩЕСТВА ЗА ВЗЫСКАТЕЛЕМ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оставлении нереализованного имущества за взыскателем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