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УСТАНОВЛЕНИИ ИСПОЛНИТЕЛЬНЫХ ДЕЙСТВИЙ, ОБЯЗАТЕЛЬНЫХ ДЛЯ СОВЕРШЕНИЯ ПРИСТАВОМ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установлении исполнительных действий, обязательных для совершения приставом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