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ВОССТАНОВЛЕНИИ СРОКА ПРЕДЪЯВЛЕНИЯ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Восстановить срок предъявления исполнительного документа к исполнению.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причины пропуска срока уважительными.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Выдать исполнительный лист / дубликат после вступления определения в силу.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восстановлении срока предъявления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