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3061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/>
        </w:tc>
        <w:tc>
          <w:tcPr>
            <w:tcW w:type="dxa" w:w="6690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Судебному приставу-исполнителю [Ф.И.О.]</w:t>
              <w:br/>
              <w:t>[наименование подразделения ФССП]</w:t>
              <w:br/>
              <w:t>[адрес]</w:t>
              <w:br/>
              <w:br/>
              <w:t>Заявитель: [Ф.И.О. / наименование, адрес, идентификаторы, телефон, e-mail]</w:t>
              <w:br/>
              <w:t>Взыскатель: [данные]</w:t>
              <w:br/>
              <w:t>Должник: [данные]</w:t>
              <w:br/>
              <w:t>Исполнительное производство № [номер]</w:t>
            </w:r>
          </w:p>
        </w:tc>
      </w:tr>
    </w:tbl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spacing w:line="252" w:lineRule="auto" w:after="100" w:before="140"/>
        <w:ind w:firstLine="0"/>
        <w:jc w:val="center"/>
        <w:keepNext/>
      </w:pPr>
      <w:r>
        <w:rPr>
          <w:rFonts w:ascii="Times New Roman" w:hAnsi="Times New Roman" w:eastAsia="Times New Roman"/>
          <w:b/>
          <w:i w:val="0"/>
          <w:sz w:val="26"/>
        </w:rPr>
        <w:t>ХОДАТАЙСТВО ОБ ОБРАЩЕНИИ ВЗЫСКАНИЯ НА ДОЛЮ ДОЛЖНИКА В УСТАВНОМ КАПИТАЛЕ ООО</w:t>
      </w:r>
    </w:p>
    <w:p>
      <w:pPr>
        <w:spacing w:line="252" w:lineRule="auto" w:after="140" w:before="0"/>
        <w:ind w:firstLine="0"/>
        <w:jc w:val="both"/>
      </w:pPr>
      <w:r>
        <w:rPr>
          <w:rFonts w:ascii="Times New Roman" w:hAnsi="Times New Roman" w:eastAsia="Times New Roman"/>
          <w:b w:val="0"/>
          <w:i/>
          <w:sz w:val="18"/>
        </w:rPr>
        <w:t>Настоящий образец представляет собой развёрнутую рабочую форму. Перед подачей необходимо заменить заполнители, проверить компетенцию суда или подразделения ФССП, срок обращения, размер государственной пошлины и фактический состав участников.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Обстоятельства и основание обращения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Денежных средств и ликвидного движимого имущества должника недостаточно. Это подтверждается ответами банков, актом выхода пристава, сведениями реестров и размером непогашенной задолженности [сумма] рублей.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У должника имеется специальный актив: [недвижимость / транспорт / доля в ООО / акции / товарный знак / дебиторская задолженность / земельный участок / заложенное имущество / право требования]. Его идентифицирующие сведения и ориентировочная стоимость указаны в приложениях.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Актив не относится к имуществу, полностью исключённому из взыскания, либо заявитель просит суд определить допустимый объём взыскания. Предлагаемая мера соответствует размеру требований и позволяет перейти к реальному исполнению.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 недостаточности денег взыскание обращается на иное имущество и имущественные права должника с соблюдением очередности и специальных правил. Для отдельных активов закон требует судебного акта либо участия регистратора, общества, Росреестра, депозитария или правообладателя.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Обращение взыскания на долю в ООО возможно при недостаточности иного имущества и с учётом статьи 25 Федерального закона № 14-ФЗ. Взыскание на земельный участок обращается по решению суда. При работе с залогом учитываются приоритет залогодержателя и условия судебного акта.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 обращении взыскания на долю участника ООО необходимо подтвердить отсутствие иного имущества и соблюсти специальную процедуру статьи 25 Закона об ООО, включая возможность выплаты действительной стоимости доли обществом или другими участниками.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 разрешении вопроса должны соблюдаться принципы законности, своевременности исполнительных действий, соотносимости объёма требований и мер принудительного исполнения, неприкосновенности минимума имущества должника и уважения прав третьих лиц.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Необходимые исполнительные действия и проверка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Обращение содержит конкретную просьбу и сведения, позволяющие проверить её обоснованность без перекладывания на должностное лицо обязанности самостоятельно формировать позицию заявителя. Результаты рассмотрения должны быть оформлены мотивированным постановлением или письменным ответом.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ПРОШУ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1. Обратить взыскание на указанный актив должника.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2. Истребовать у регистратора / общества / правообладателя сведения и документы.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3. Наложить запрет распоряжения и определить стоимость актива.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4. Организовать реализацию либо получение платежа по имущественному праву.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5. Зачесть поступившие средства в погашение задолженности.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1. Копия документа, удостоверяющего личность / выписка ЕГРЮЛ заявителя.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2. Документ, подтверждающий полномочия представителя.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3. Копия исполнительного документа / судебного акта.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4. Копия постановления о возбуждении исполнительного производства.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5. Документы, подтверждающие направление обращения другим участникам — если требуется.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6. Выписки ЕГРН / ЕГРЮЛ / реестра акционеров / Роспатента.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7. Документы о стоимости и обременениях актива.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8. Доказательства отсутствия иного имущества.</w:t>
      </w:r>
    </w:p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rFonts w:ascii="Times New Roman" w:hAnsi="Times New Roman" w:eastAsia="Times New Roman"/>
                <w:b w:val="0"/>
                <w:i w:val="0"/>
                <w:sz w:val="23"/>
              </w:rPr>
              <w:t>«___» __________ 20___ г.</w:t>
            </w:r>
          </w:p>
        </w:tc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rFonts w:ascii="Times New Roman" w:hAnsi="Times New Roman" w:eastAsia="Times New Roman"/>
                <w:b w:val="0"/>
                <w:i w:val="0"/>
                <w:sz w:val="23"/>
              </w:rPr>
              <w:t>________________ / [Ф.И.О. / наименование] /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879" w:right="850" w:bottom="879" w:left="130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Исполнительное производство  |  редакция 17.07.2026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52" w:lineRule="auto" w:after="8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Ходатайство об обращении взыскания на долю должника в уставном капитале ООО</dc:title>
  <dc:subject>Исполнительное производство — библиотека ZOTOWA.RU</dc:subject>
  <dc:creator>Юридическая фирма «Зотова и партнёры»</dc:creator>
  <cp:keywords>исполнительное производство, ФССП, судебный пристав, образец документа,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