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Административное дело № [при наличии]</w:t>
              <w:br/>
              <w:br/>
              <w:t>Административный истец: [Ф.И.О. / наименование, адрес, идентификаторы, телефон, e-mail]</w:t>
              <w:br/>
              <w:t>Административный ответчик: судебный пристав-исполнитель [Ф.И.О.], [подразделение ФССП, адрес]</w:t>
              <w:br/>
              <w:t>Территориальный орган ФССП России: [наименование, адрес]</w:t>
              <w:br/>
              <w:t>Заинтересованные лица: взыскатель / должник / оценщик [данные]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АДМИНИСТРАТИВНОЕ ИСКОВОЕ ЗАЯВЛЕНИЕ ОБ ОСПАРИВАНИИ ПОСТАНОВЛЕНИЯ ОБ ОЦЕНКЕ ИМУЩЕСТВА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ходе производства выявлено имущество должника: [наименование, адрес, кадастровый номер, VIN, серийный номер]. Ориентировочная стоимость составляет [сумма] рублей, что соразмерно / несоразмерно остатку задолженности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Приставом вынесено постановление от [дата] об аресте / оценке / передаче имущества на хранение. При совершении действия присутствовали [лица], составлены акт и опись, в которых отражены [существенные сведения и замечания].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полагает, что имущество должно быть сохранено, описано и оценено с учётом фактического состояния, комплектности, обременений и рыночных аналогов. Иначе реализация не обеспечит справедливого баланса интересов сторон.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Сведения об объекте оценки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Объект</w:t>
            </w:r>
          </w:p>
        </w:tc>
        <w:tc>
          <w:tcPr>
            <w:tcW w:type="dxa" w:w="187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Постановление / отчёт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Оценка пристава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Оценка заявителя</w:t>
            </w:r>
          </w:p>
        </w:tc>
        <w:tc>
          <w:tcPr>
            <w:tcW w:type="dxa" w:w="289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Основное расхождение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[наименование имущества]</w:t>
            </w:r>
          </w:p>
        </w:tc>
        <w:tc>
          <w:tcPr>
            <w:tcW w:type="dxa" w:w="187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[дата, номер]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89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[характеристики / аналоги / износ]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Арест имущества включает запрет распоряжаться им, а при необходимости — ограничение пользования либо изъятие. Арест должен быть соразмерен размеру требований и не может превращаться в неоправданное ограничение прав должника или третьих лиц.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Оценка производится по статье 85 Закона № 229-ФЗ. В предусмотренных законом случаях привлекается оценщик. Постановление пристава об оценке обжалуется в порядке главы 22 КАС РФ или главы 24 АПК РФ; стоимость, указанная в отчёте, может быть оспорена в исковом порядке в установленный срок.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Оспаривание оценки требует показать конкретные методические ошибки: неверный объект, дату оценки, характеристики, износ, обременения, рынок аналогов или арифметику. Простого несогласия с итоговой ценой недостаточно.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Принадлежность и местонахождение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Соразмерность ареста.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Состояние и комплектность объекта.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Правильность отчёта оценщика.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Риски утраты или повреждения при хранении.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Признать незаконным и отменить постановление об оценке имущества от [дата].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Установить надлежащую стоимость имущества в размере [сумма] рублей / обязать провести новую оценку.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Приостановить реализацию имущества до вступления решения в законную силу.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Взыскать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Акт ареста и описи.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Постановление об оценке и отчёт оценщика.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Фотографии имущества, технические документы и рыночные аналоги.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Административное исковое заявление об оспаривании постановления об оценке имущества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