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НЕИСПОЛНЕНИЕ БАНКОМ ТРЕБОВАНИЙ ИСПОЛНИТЕЛЬНОГО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Провести проверку неисполнения исполнительного документа банком.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Обязать ответственное подразделение устранить нарушение и исполнить документ.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Вернуть необоснованно удержанные средства / перечислить взыскателю.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 результатах рассмотрения жалобы.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неисполнение банком требований исполнительного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