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банка / кредитной организации]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 / должник: [процессуальное положение]</w:t>
              <w:br/>
              <w:t>Исполнительный документ: [вид, номер, дата, кем выдан]</w:t>
              <w:br/>
              <w:t>Исполнительное производство № [при наличии]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ВЗЫСКАТЕЛЯ В БАНК О ПРЕДЪЯВЛЕНИИ ИСПОЛНИТЕЛЬНОГО ЛИСТА НАПРЯМУЮ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Принять исполнительный документ к исполнению.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Списывать средства со счетов должника в пределах остатка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Сообщить о принятии документа и произведённых списаниях.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После полного исполнения вернуть документ / уведомить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взыскателя в банк о предъявлении исполнительного листа напрямую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