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ЗАПРОСЕ СВЕДЕНИЙ О ЦИФРОВЫХ ФИНАНСОВЫХ АКТИВАХ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запросе сведений о цифровых финансовых активах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