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ПРЕДОСТАВЛЕНИИ КОПИЙ МАТЕРИАЛОВ ИСПОЛНИТЕЛЬНОГО ПРОИЗВОДСТВА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Выдать заверенные копии перечисленных постановлений, актов, запросов и ответов.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копии в электронном виде / по почтовому адресу.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Сообщить о документах, отсутствующих в материалах.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предоставлении копий материалов исполнительного производства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