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кассационного суда / арбитражного суда округа]</w:t>
              <w:br/>
              <w:t>[адрес]</w:t>
              <w:br/>
              <w:br/>
              <w:t>Дело № [номер дела]</w:t>
              <w:br/>
              <w:br/>
              <w:t>Заявитель жалобы: [Ф.И.О. / наименование, адрес, процессуальное положение]</w:t>
              <w:br/>
              <w:t>Другие лица, участвующие в деле: [наименование, адреса]</w:t>
              <w:br/>
              <w:t>Судебный пристав-исполнитель / территориальный орган ФССП: [при участии]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КАССАЦИОННАЯ ЖАЛОБА ПО СПОРУ ОБ ИСПОЛНЕНИИ СУДЕБНОГО АКТА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«___» __________ 20___ года по делу № [номер]. Суд разрешил спор следующим образом: [кратко изложить резолютивную часть]. Копия судебного акта получена заявителем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суда, поскольку [неправильно определены юридически значимые обстоятельства, не исследованы доказательства, нарушены правила компетенции, неверно применены нормы права]. Ошибки повлияли на исход дела и не могут быть устранены без пересмотра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жалобе приводятся только те доводы, которые относятся к предмету проверки соответствующей инстанции. Новые доказательства прилагаются с объяснением причин невозможности их представления ранее — если процессуальный закон допускает их принятие.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Отменить обжалуемые судебные акты полностью / в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дело на новое рассмотрение либо принять новый судебный акт в пределах полномочий кассационной инстанции.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Разрешить вопрос о судебных расходах.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Кассационная жалоба по спору об исполнении судебного акта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