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Административное дело № [при наличии]</w:t>
              <w:br/>
              <w:br/>
              <w:t>Административный истец: [Ф.И.О. / наименование, адрес, идентификаторы, телефон, e-mail]</w:t>
              <w:br/>
              <w:t>Административный ответчик: судебный пристав-исполнитель [Ф.И.О.], [подразделение ФССП, адрес]</w:t>
              <w:br/>
              <w:t>Территориальный орган ФССП России: [наименование, адрес]</w:t>
              <w:br/>
              <w:t>Заинтересованные лица: взыскатель / должник / оценщик 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УБЫТКОВ, ПРИЧИНЁННЫХ НЕЗАКОННЫМ БЕЗДЕЙСТВИЕМ СУДЕБНОГО ПРИСТАВА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убытков подтверждается утраченным источником исполнения, выписками, стоимостью имущества и расчётом. Нужно показать конкретное незаконное действие или бездействие и реальную возможность взыскания, существовавшую в соответствующий период.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Взыскать с Российской Федерации за счёт казны Российской Федерации убытки в размере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Взыскать проценты / судебные расходы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Установить незаконность действий / бездействия должностного лица как элемент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убытков, причинённых незаконным бездействием судебного пристава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