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ИНДЕКСАЦИИ ПРИСУЖДЁННЫХ ПЕРИОДИЧЕСКИХ ПЛАТЕЖЕЙ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/ график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Период / дата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Начислено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Уплачено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Остаток / платёж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Основание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[платёжный документ / индекс]</w:t>
            </w:r>
          </w:p>
        </w:tc>
      </w:tr>
      <w:tr>
        <w:trPr>
          <w:cantSplit/>
        </w:trPr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[месяц / дата]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[документ]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Источник и размер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Дата получения постановления работодателем.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Применённый процент удержания.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Периоды и суммы перечислений.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Задолженность и индексация.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Произвести индексацию присуждённых периодических платежей за период [даты].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Взыскать сумму индексации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Выдать исполнительный лист после вступления определения в силу.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индексации присуждённых периодических платежей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