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ПРОВЕРКЕ БУХГАЛТЕРИИ РАБОТОДАТЕЛЯ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проверке бухгалтерии работодателя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