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Руководителю [наименование работодателя]</w:t>
              <w:br/>
              <w:t>[адрес]</w:t>
              <w:br/>
              <w:br/>
              <w:t>Взыскатель: [Ф.И.О. / наименование, адрес, реквизиты]</w:t>
              <w:br/>
              <w:t>Должник-работник: [Ф.И.О., дата рождения, должность]</w:t>
              <w:br/>
              <w:t>Исполнительный документ: [вид, номер, дата]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РАБОТОДАТЕЛЮ ОБ УДЕРЖАНИИ ДЕНЕЖНЫХ СРЕДСТВ ИЗ ЗАРАБОТНОЙ ПЛАТЫ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Принять исполнительный документ / постановление к исполнению.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Удерживать [процент / сумма] из дохода должника с соблюдением ограничений.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Перечислять удержанные средства по реквизитам взыскателя / депозиту ФССП.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 трудовых отношениях, размере дохода и прекращении работы должника.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работодателю об удержании денежных средств из заработной платы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