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ЗАРАБОТНУЮ ПЛАТУ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заработную плату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