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ПЕРЕДАЧЕ ИСПОЛНИТЕЛЬНОГО ПРОИЗВОДСТВА В ДРУГОЕ ПОДРАЗДЕЛЕНИЕ ФССП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Передать исполнительное производство № [номер] в [наименование подразделения] по территориальности.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 передачи сохранить действующие аресты и ограничения.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сторонам постановление и сведения о новом исполнителе.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передаче исполнительного производства в другое подразделение ФССП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