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ДОПУСТИМОГО ИСПОЛЬЗОВАНИЯ СЕРВИСА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099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допустимого использования сервиса»;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допустимого использования сервиса»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допустимого использования сервиса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