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УСЛОВИЯ БЕСПЛАТНОГО ТЕСТОВОГО ПЕРИОДА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097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«Условия бесплатного тестового периода»;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«Условия бесплатного тестового периода»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бесплатного тестового периода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