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РАСЧЕТ НЕУСТОЙКИ ЗА НЕДОСТУПНОСТЬ ЦИФРОВОГО СЕРВИСА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090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«Расчет неустойки за недоступность цифрового сервиса»;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29.07.2004 № 98-ФЗ «О коммерческой тайне».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неустойки за недоступность цифрового сервиса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