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IT-АУТСОРСИНГА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078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IT-аутсорсинга»;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IT-аутсорсинга»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IT-аутсорсинга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