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ТЕХНИЧЕСКОЙ ПОДДЕРЖКИ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076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технической поддержки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технической поддержки программного обеспечения»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Уровень доступности сервиса.</w:t>
      </w:r>
    </w:p>
    <w:p>
      <w:pPr>
        <w:jc w:val="both"/>
      </w:pPr>
      <w:r>
        <w:t>4.2. Категории инцидентов и сроки реакции.</w:t>
      </w:r>
    </w:p>
    <w:p>
      <w:pPr>
        <w:jc w:val="both"/>
      </w:pPr>
      <w:r>
        <w:t>4.3. Окна обслуживания и исключения из расчета.</w:t>
      </w:r>
    </w:p>
    <w:p>
      <w:pPr>
        <w:jc w:val="both"/>
      </w:pPr>
      <w:r>
        <w:t>4.4. Сервисные кредиты, неустойка и отчетность.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технической поддержки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